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16A97" w:rsidRPr="00BD0C58" w:rsidRDefault="00000000">
      <w:pPr>
        <w:jc w:val="center"/>
        <w:rPr>
          <w:lang w:val="pl-PL"/>
        </w:rPr>
      </w:pPr>
      <w:r w:rsidRPr="00BD0C58">
        <w:rPr>
          <w:b/>
          <w:sz w:val="32"/>
          <w:lang w:val="pl-PL"/>
        </w:rPr>
        <w:t>KARTA ZGŁOSZENIOWA / APPLICATION FORM</w:t>
      </w:r>
    </w:p>
    <w:p w:rsidR="00116A97" w:rsidRDefault="00000000">
      <w:pPr>
        <w:jc w:val="center"/>
      </w:pPr>
      <w:r w:rsidRPr="00BD0C58">
        <w:rPr>
          <w:lang w:val="pl-PL"/>
        </w:rPr>
        <w:t xml:space="preserve">Konkurs Organowy im. </w:t>
      </w:r>
      <w:proofErr w:type="spellStart"/>
      <w:r>
        <w:t>Andreasa</w:t>
      </w:r>
      <w:proofErr w:type="spellEnd"/>
      <w:r>
        <w:t xml:space="preserve"> </w:t>
      </w:r>
      <w:proofErr w:type="spellStart"/>
      <w:r>
        <w:t>Hildebrandta</w:t>
      </w:r>
      <w:proofErr w:type="spellEnd"/>
      <w:r>
        <w:t xml:space="preserve"> – </w:t>
      </w:r>
      <w:proofErr w:type="spellStart"/>
      <w:r>
        <w:t>Pasłęk</w:t>
      </w:r>
      <w:proofErr w:type="spellEnd"/>
      <w:r>
        <w:t xml:space="preserve"> 2026</w:t>
      </w:r>
      <w:r>
        <w:br/>
        <w:t xml:space="preserve">Andreas Hildebrandt International Organ Competition – </w:t>
      </w:r>
      <w:proofErr w:type="spellStart"/>
      <w:r>
        <w:t>Pasłęk</w:t>
      </w:r>
      <w:proofErr w:type="spellEnd"/>
      <w:r>
        <w:t xml:space="preserve"> 2026</w:t>
      </w:r>
    </w:p>
    <w:p w:rsidR="00116A97" w:rsidRPr="00BD0C58" w:rsidRDefault="00000000">
      <w:pPr>
        <w:rPr>
          <w:lang w:val="pl-PL"/>
        </w:rPr>
      </w:pPr>
      <w:r w:rsidRPr="00BD0C58">
        <w:rPr>
          <w:b/>
          <w:lang w:val="pl-PL"/>
        </w:rPr>
        <w:t xml:space="preserve">I. Dane osobowe uczestnika / </w:t>
      </w:r>
      <w:proofErr w:type="spellStart"/>
      <w:r w:rsidRPr="00BD0C58">
        <w:rPr>
          <w:b/>
          <w:lang w:val="pl-PL"/>
        </w:rPr>
        <w:t>Participant's</w:t>
      </w:r>
      <w:proofErr w:type="spellEnd"/>
      <w:r w:rsidRPr="00BD0C58">
        <w:rPr>
          <w:b/>
          <w:lang w:val="pl-PL"/>
        </w:rPr>
        <w:t xml:space="preserve"> </w:t>
      </w:r>
      <w:proofErr w:type="spellStart"/>
      <w:r w:rsidRPr="00BD0C58">
        <w:rPr>
          <w:b/>
          <w:lang w:val="pl-PL"/>
        </w:rPr>
        <w:t>personal</w:t>
      </w:r>
      <w:proofErr w:type="spellEnd"/>
      <w:r w:rsidRPr="00BD0C58">
        <w:rPr>
          <w:b/>
          <w:lang w:val="pl-PL"/>
        </w:rPr>
        <w:t xml:space="preserve"> data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 xml:space="preserve">Imię i nazwisko / Full </w:t>
      </w:r>
      <w:proofErr w:type="spellStart"/>
      <w:r w:rsidRPr="00BD0C58">
        <w:rPr>
          <w:lang w:val="pl-PL"/>
        </w:rPr>
        <w:t>name</w:t>
      </w:r>
      <w:proofErr w:type="spellEnd"/>
      <w:r w:rsidRPr="00BD0C58">
        <w:rPr>
          <w:lang w:val="pl-PL"/>
        </w:rPr>
        <w:t>: ______________________________________________</w:t>
      </w:r>
    </w:p>
    <w:p w:rsidR="00116A97" w:rsidRDefault="00000000">
      <w:r>
        <w:t xml:space="preserve">Data </w:t>
      </w:r>
      <w:proofErr w:type="spellStart"/>
      <w:r>
        <w:t>urodzenia</w:t>
      </w:r>
      <w:proofErr w:type="spellEnd"/>
      <w:r>
        <w:t xml:space="preserve"> / Date of birth: 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 xml:space="preserve">Obywatelstwo / </w:t>
      </w:r>
      <w:proofErr w:type="spellStart"/>
      <w:r w:rsidRPr="00BD0C58">
        <w:rPr>
          <w:lang w:val="pl-PL"/>
        </w:rPr>
        <w:t>Citizenship</w:t>
      </w:r>
      <w:proofErr w:type="spellEnd"/>
      <w:r w:rsidRPr="00BD0C58">
        <w:rPr>
          <w:lang w:val="pl-PL"/>
        </w:rPr>
        <w:t>: 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 xml:space="preserve">Adres zamieszkania / </w:t>
      </w:r>
      <w:proofErr w:type="spellStart"/>
      <w:r w:rsidRPr="00BD0C58">
        <w:rPr>
          <w:lang w:val="pl-PL"/>
        </w:rPr>
        <w:t>Address</w:t>
      </w:r>
      <w:proofErr w:type="spellEnd"/>
      <w:r w:rsidRPr="00BD0C58">
        <w:rPr>
          <w:lang w:val="pl-PL"/>
        </w:rPr>
        <w:t>: ______________________________________________</w:t>
      </w:r>
    </w:p>
    <w:p w:rsidR="00116A97" w:rsidRPr="00BD0C58" w:rsidRDefault="00000000">
      <w:pPr>
        <w:rPr>
          <w:lang w:val="de-DE"/>
        </w:rPr>
      </w:pPr>
      <w:r w:rsidRPr="00BD0C58">
        <w:rPr>
          <w:lang w:val="de-DE"/>
        </w:rPr>
        <w:t>Telefon / Phone: ______________________________________________</w:t>
      </w:r>
    </w:p>
    <w:p w:rsidR="00116A97" w:rsidRPr="00BD0C58" w:rsidRDefault="00000000">
      <w:pPr>
        <w:rPr>
          <w:lang w:val="de-DE"/>
        </w:rPr>
      </w:pPr>
      <w:proofErr w:type="spellStart"/>
      <w:r w:rsidRPr="00BD0C58">
        <w:rPr>
          <w:lang w:val="de-DE"/>
        </w:rPr>
        <w:t>E-mail</w:t>
      </w:r>
      <w:proofErr w:type="spellEnd"/>
      <w:r w:rsidRPr="00BD0C58">
        <w:rPr>
          <w:lang w:val="de-DE"/>
        </w:rPr>
        <w:t xml:space="preserve"> / </w:t>
      </w:r>
      <w:proofErr w:type="spellStart"/>
      <w:r w:rsidRPr="00BD0C58">
        <w:rPr>
          <w:lang w:val="de-DE"/>
        </w:rPr>
        <w:t>E-mail</w:t>
      </w:r>
      <w:proofErr w:type="spellEnd"/>
      <w:r w:rsidRPr="00BD0C58">
        <w:rPr>
          <w:lang w:val="de-DE"/>
        </w:rPr>
        <w:t>: 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b/>
          <w:lang w:val="pl-PL"/>
        </w:rPr>
        <w:t xml:space="preserve">II. Wykształcenie muzyczne (z nazwiskami pedagogów) / Musical </w:t>
      </w:r>
      <w:proofErr w:type="spellStart"/>
      <w:r w:rsidRPr="00BD0C58">
        <w:rPr>
          <w:b/>
          <w:lang w:val="pl-PL"/>
        </w:rPr>
        <w:t>education</w:t>
      </w:r>
      <w:proofErr w:type="spellEnd"/>
      <w:r w:rsidRPr="00BD0C58">
        <w:rPr>
          <w:b/>
          <w:lang w:val="pl-PL"/>
        </w:rPr>
        <w:t xml:space="preserve"> (</w:t>
      </w:r>
      <w:proofErr w:type="spellStart"/>
      <w:r w:rsidRPr="00BD0C58">
        <w:rPr>
          <w:b/>
          <w:lang w:val="pl-PL"/>
        </w:rPr>
        <w:t>including</w:t>
      </w:r>
      <w:proofErr w:type="spellEnd"/>
      <w:r w:rsidRPr="00BD0C58">
        <w:rPr>
          <w:b/>
          <w:lang w:val="pl-PL"/>
        </w:rPr>
        <w:t xml:space="preserve"> </w:t>
      </w:r>
      <w:proofErr w:type="spellStart"/>
      <w:r w:rsidRPr="00BD0C58">
        <w:rPr>
          <w:b/>
          <w:lang w:val="pl-PL"/>
        </w:rPr>
        <w:t>teachers</w:t>
      </w:r>
      <w:proofErr w:type="spellEnd"/>
      <w:r w:rsidRPr="00BD0C58">
        <w:rPr>
          <w:b/>
          <w:lang w:val="pl-PL"/>
        </w:rPr>
        <w:t xml:space="preserve">' </w:t>
      </w:r>
      <w:proofErr w:type="spellStart"/>
      <w:r w:rsidRPr="00BD0C58">
        <w:rPr>
          <w:b/>
          <w:lang w:val="pl-PL"/>
        </w:rPr>
        <w:t>names</w:t>
      </w:r>
      <w:proofErr w:type="spellEnd"/>
      <w:r w:rsidRPr="00BD0C58">
        <w:rPr>
          <w:b/>
          <w:lang w:val="pl-PL"/>
        </w:rPr>
        <w:t>)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>______________________________________________________________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>______________________________________________________________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>______________________________________________________________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>______________________________________________________________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b/>
          <w:lang w:val="pl-PL"/>
        </w:rPr>
        <w:t xml:space="preserve">III. Krótki biogram artystyczny / </w:t>
      </w:r>
      <w:proofErr w:type="spellStart"/>
      <w:r w:rsidRPr="00BD0C58">
        <w:rPr>
          <w:b/>
          <w:lang w:val="pl-PL"/>
        </w:rPr>
        <w:t>Short</w:t>
      </w:r>
      <w:proofErr w:type="spellEnd"/>
      <w:r w:rsidRPr="00BD0C58">
        <w:rPr>
          <w:b/>
          <w:lang w:val="pl-PL"/>
        </w:rPr>
        <w:t xml:space="preserve"> </w:t>
      </w:r>
      <w:proofErr w:type="spellStart"/>
      <w:r w:rsidRPr="00BD0C58">
        <w:rPr>
          <w:b/>
          <w:lang w:val="pl-PL"/>
        </w:rPr>
        <w:t>artistic</w:t>
      </w:r>
      <w:proofErr w:type="spellEnd"/>
      <w:r w:rsidRPr="00BD0C58">
        <w:rPr>
          <w:b/>
          <w:lang w:val="pl-PL"/>
        </w:rPr>
        <w:t xml:space="preserve"> </w:t>
      </w:r>
      <w:proofErr w:type="spellStart"/>
      <w:r w:rsidRPr="00BD0C58">
        <w:rPr>
          <w:b/>
          <w:lang w:val="pl-PL"/>
        </w:rPr>
        <w:t>biography</w:t>
      </w:r>
      <w:proofErr w:type="spellEnd"/>
    </w:p>
    <w:p w:rsidR="00116A97" w:rsidRDefault="00000000">
      <w:r>
        <w:t>______________________________________________________________</w:t>
      </w:r>
    </w:p>
    <w:p w:rsidR="00116A97" w:rsidRDefault="00000000">
      <w:r>
        <w:t>______________________________________________________________</w:t>
      </w:r>
    </w:p>
    <w:p w:rsidR="00116A97" w:rsidRDefault="00000000">
      <w:r>
        <w:t>______________________________________________________________</w:t>
      </w:r>
    </w:p>
    <w:p w:rsidR="00116A97" w:rsidRDefault="00000000">
      <w:r>
        <w:t>______________________________________________________________</w:t>
      </w:r>
    </w:p>
    <w:p w:rsidR="00116A97" w:rsidRDefault="00000000">
      <w:r>
        <w:t>______________________________________________________________</w:t>
      </w:r>
    </w:p>
    <w:p w:rsidR="00116A97" w:rsidRDefault="00000000">
      <w:r>
        <w:t>______________________________________________________________</w:t>
      </w:r>
    </w:p>
    <w:p w:rsidR="00116A97" w:rsidRDefault="00000000">
      <w:r>
        <w:rPr>
          <w:b/>
        </w:rPr>
        <w:t xml:space="preserve">IV. Program </w:t>
      </w:r>
      <w:proofErr w:type="spellStart"/>
      <w:r>
        <w:rPr>
          <w:b/>
        </w:rPr>
        <w:t>konkursowy</w:t>
      </w:r>
      <w:proofErr w:type="spellEnd"/>
      <w:r>
        <w:rPr>
          <w:b/>
        </w:rPr>
        <w:t xml:space="preserve"> – ETAP I (online) / Competition </w:t>
      </w:r>
      <w:proofErr w:type="spellStart"/>
      <w:r>
        <w:rPr>
          <w:b/>
        </w:rPr>
        <w:t>programme</w:t>
      </w:r>
      <w:proofErr w:type="spellEnd"/>
      <w:r>
        <w:rPr>
          <w:b/>
        </w:rPr>
        <w:t xml:space="preserve"> – STAGE I (online)</w:t>
      </w:r>
    </w:p>
    <w:p w:rsidR="00116A97" w:rsidRDefault="00000000">
      <w:r>
        <w:t xml:space="preserve">Johann Sebastian Bach – Toccata </w:t>
      </w:r>
      <w:proofErr w:type="spellStart"/>
      <w:r>
        <w:t>i</w:t>
      </w:r>
      <w:proofErr w:type="spellEnd"/>
      <w:r>
        <w:t xml:space="preserve"> </w:t>
      </w:r>
      <w:proofErr w:type="spellStart"/>
      <w:r>
        <w:t>fuga</w:t>
      </w:r>
      <w:proofErr w:type="spellEnd"/>
      <w:r>
        <w:t xml:space="preserve"> (</w:t>
      </w:r>
      <w:proofErr w:type="spellStart"/>
      <w:r>
        <w:t>proszę</w:t>
      </w:r>
      <w:proofErr w:type="spellEnd"/>
      <w:r>
        <w:t xml:space="preserve"> </w:t>
      </w:r>
      <w:proofErr w:type="spellStart"/>
      <w:r>
        <w:t>zaznaczyć</w:t>
      </w:r>
      <w:proofErr w:type="spellEnd"/>
      <w:r>
        <w:t>) / Johann Sebastian Bach – Toccata and Fugue (please indicate):</w:t>
      </w:r>
    </w:p>
    <w:p w:rsidR="00116A97" w:rsidRDefault="00000000">
      <w:r>
        <w:lastRenderedPageBreak/>
        <w:t>☐ BWV 538</w:t>
      </w:r>
    </w:p>
    <w:p w:rsidR="00116A97" w:rsidRDefault="00000000">
      <w:r>
        <w:t>☐ BWV 540</w:t>
      </w:r>
    </w:p>
    <w:p w:rsidR="00116A97" w:rsidRDefault="00000000">
      <w:r>
        <w:t>☐ BWV 564</w:t>
      </w:r>
    </w:p>
    <w:p w:rsidR="00116A97" w:rsidRDefault="00000000">
      <w:r>
        <w:t>☐ BWV 566</w:t>
      </w:r>
    </w:p>
    <w:p w:rsidR="00116A97" w:rsidRDefault="00000000">
      <w:r>
        <w:t>☐ BWV 566a</w:t>
      </w:r>
    </w:p>
    <w:p w:rsidR="00116A97" w:rsidRDefault="00000000">
      <w:r>
        <w:t xml:space="preserve">Link do </w:t>
      </w:r>
      <w:proofErr w:type="spellStart"/>
      <w:r>
        <w:t>nagrania</w:t>
      </w:r>
      <w:proofErr w:type="spellEnd"/>
      <w:r>
        <w:t xml:space="preserve"> YouTube (</w:t>
      </w:r>
      <w:proofErr w:type="spellStart"/>
      <w:r>
        <w:t>niepubliczny</w:t>
      </w:r>
      <w:proofErr w:type="spellEnd"/>
      <w:r>
        <w:t>) / Link to unlisted YouTube recording: ______________________________________________</w:t>
      </w:r>
    </w:p>
    <w:p w:rsidR="00116A97" w:rsidRDefault="00000000">
      <w:r>
        <w:rPr>
          <w:b/>
        </w:rPr>
        <w:t>ETAP II (</w:t>
      </w:r>
      <w:proofErr w:type="spellStart"/>
      <w:r>
        <w:rPr>
          <w:b/>
        </w:rPr>
        <w:t>finał</w:t>
      </w:r>
      <w:proofErr w:type="spellEnd"/>
      <w:r>
        <w:rPr>
          <w:b/>
        </w:rPr>
        <w:t xml:space="preserve"> – 30–35 </w:t>
      </w:r>
      <w:proofErr w:type="spellStart"/>
      <w:r>
        <w:rPr>
          <w:b/>
        </w:rPr>
        <w:t>minut</w:t>
      </w:r>
      <w:proofErr w:type="spellEnd"/>
      <w:r>
        <w:rPr>
          <w:b/>
        </w:rPr>
        <w:t>) / STAGE II (Final – 30–35 minutes)</w:t>
      </w:r>
    </w:p>
    <w:p w:rsidR="00116A97" w:rsidRPr="00BD0C58" w:rsidRDefault="00000000">
      <w:pPr>
        <w:rPr>
          <w:lang w:val="de-DE"/>
        </w:rPr>
      </w:pPr>
      <w:r w:rsidRPr="00BD0C58">
        <w:rPr>
          <w:lang w:val="de-DE"/>
        </w:rPr>
        <w:t>1. Hugo Distler – Variationen über „</w:t>
      </w:r>
      <w:proofErr w:type="spellStart"/>
      <w:r w:rsidRPr="00BD0C58">
        <w:rPr>
          <w:lang w:val="de-DE"/>
        </w:rPr>
        <w:t>Elselein</w:t>
      </w:r>
      <w:proofErr w:type="spellEnd"/>
      <w:r w:rsidRPr="00BD0C58">
        <w:rPr>
          <w:lang w:val="de-DE"/>
        </w:rPr>
        <w:t xml:space="preserve">, liebstes </w:t>
      </w:r>
      <w:proofErr w:type="spellStart"/>
      <w:r w:rsidRPr="00BD0C58">
        <w:rPr>
          <w:lang w:val="de-DE"/>
        </w:rPr>
        <w:t>Elselein</w:t>
      </w:r>
      <w:proofErr w:type="spellEnd"/>
      <w:r w:rsidRPr="00BD0C58">
        <w:rPr>
          <w:lang w:val="de-DE"/>
        </w:rPr>
        <w:t>”, op. 18</w:t>
      </w:r>
    </w:p>
    <w:p w:rsidR="00116A97" w:rsidRDefault="00000000">
      <w:r>
        <w:t xml:space="preserve">2. Daniel Magnus Gronau – </w:t>
      </w:r>
      <w:proofErr w:type="spellStart"/>
      <w:r>
        <w:t>trzy</w:t>
      </w:r>
      <w:proofErr w:type="spellEnd"/>
      <w:r>
        <w:t xml:space="preserve"> </w:t>
      </w:r>
      <w:proofErr w:type="spellStart"/>
      <w:r>
        <w:t>wariacje</w:t>
      </w:r>
      <w:proofErr w:type="spellEnd"/>
      <w:r>
        <w:t xml:space="preserve"> </w:t>
      </w:r>
      <w:proofErr w:type="spellStart"/>
      <w:r>
        <w:t>chorałowe</w:t>
      </w:r>
      <w:proofErr w:type="spellEnd"/>
      <w:r>
        <w:t xml:space="preserve"> / three chorale variations:</w:t>
      </w:r>
    </w:p>
    <w:p w:rsidR="00116A97" w:rsidRDefault="00000000">
      <w:r>
        <w:t>______________________________________________________________</w:t>
      </w:r>
    </w:p>
    <w:p w:rsidR="00116A97" w:rsidRDefault="00000000">
      <w:r>
        <w:t xml:space="preserve">3. Johann Sebastian Bach – </w:t>
      </w:r>
      <w:proofErr w:type="spellStart"/>
      <w:r>
        <w:t>Preludium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fuga</w:t>
      </w:r>
      <w:proofErr w:type="spellEnd"/>
      <w:r>
        <w:t xml:space="preserve"> / Prelude and Fugue: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>______________________________________________________________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 xml:space="preserve">4. Utwór/utwory dowolne / </w:t>
      </w:r>
      <w:proofErr w:type="spellStart"/>
      <w:r w:rsidRPr="00BD0C58">
        <w:rPr>
          <w:lang w:val="pl-PL"/>
        </w:rPr>
        <w:t>Free</w:t>
      </w:r>
      <w:proofErr w:type="spellEnd"/>
      <w:r w:rsidRPr="00BD0C58">
        <w:rPr>
          <w:lang w:val="pl-PL"/>
        </w:rPr>
        <w:t xml:space="preserve">-choice </w:t>
      </w:r>
      <w:proofErr w:type="spellStart"/>
      <w:r w:rsidRPr="00BD0C58">
        <w:rPr>
          <w:lang w:val="pl-PL"/>
        </w:rPr>
        <w:t>work</w:t>
      </w:r>
      <w:proofErr w:type="spellEnd"/>
      <w:r w:rsidRPr="00BD0C58">
        <w:rPr>
          <w:lang w:val="pl-PL"/>
        </w:rPr>
        <w:t>(s):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>______________________________________________________________</w:t>
      </w:r>
    </w:p>
    <w:p w:rsidR="00116A97" w:rsidRPr="00BD0C58" w:rsidRDefault="00000000">
      <w:pPr>
        <w:rPr>
          <w:lang w:val="pl-PL"/>
        </w:rPr>
      </w:pPr>
      <w:r w:rsidRPr="00BD0C58">
        <w:rPr>
          <w:b/>
          <w:lang w:val="pl-PL"/>
        </w:rPr>
        <w:t xml:space="preserve">V. Oświadczenia uczestnika / </w:t>
      </w:r>
      <w:proofErr w:type="spellStart"/>
      <w:r w:rsidRPr="00BD0C58">
        <w:rPr>
          <w:b/>
          <w:lang w:val="pl-PL"/>
        </w:rPr>
        <w:t>Participant's</w:t>
      </w:r>
      <w:proofErr w:type="spellEnd"/>
      <w:r w:rsidRPr="00BD0C58">
        <w:rPr>
          <w:b/>
          <w:lang w:val="pl-PL"/>
        </w:rPr>
        <w:t xml:space="preserve"> </w:t>
      </w:r>
      <w:proofErr w:type="spellStart"/>
      <w:r w:rsidRPr="00BD0C58">
        <w:rPr>
          <w:b/>
          <w:lang w:val="pl-PL"/>
        </w:rPr>
        <w:t>declarations</w:t>
      </w:r>
      <w:proofErr w:type="spellEnd"/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>☐ Oświadczam, że zapoznałem/</w:t>
      </w:r>
      <w:proofErr w:type="spellStart"/>
      <w:r w:rsidRPr="00BD0C58">
        <w:rPr>
          <w:lang w:val="pl-PL"/>
        </w:rPr>
        <w:t>am</w:t>
      </w:r>
      <w:proofErr w:type="spellEnd"/>
      <w:r w:rsidRPr="00BD0C58">
        <w:rPr>
          <w:lang w:val="pl-PL"/>
        </w:rPr>
        <w:t xml:space="preserve"> się z regulaminem Konkursu i akceptuję jego warunki. / I </w:t>
      </w:r>
      <w:proofErr w:type="spellStart"/>
      <w:r w:rsidRPr="00BD0C58">
        <w:rPr>
          <w:lang w:val="pl-PL"/>
        </w:rPr>
        <w:t>declare</w:t>
      </w:r>
      <w:proofErr w:type="spellEnd"/>
      <w:r w:rsidRPr="00BD0C58">
        <w:rPr>
          <w:lang w:val="pl-PL"/>
        </w:rPr>
        <w:t xml:space="preserve"> </w:t>
      </w:r>
      <w:proofErr w:type="spellStart"/>
      <w:r w:rsidRPr="00BD0C58">
        <w:rPr>
          <w:lang w:val="pl-PL"/>
        </w:rPr>
        <w:t>that</w:t>
      </w:r>
      <w:proofErr w:type="spellEnd"/>
      <w:r w:rsidRPr="00BD0C58">
        <w:rPr>
          <w:lang w:val="pl-PL"/>
        </w:rPr>
        <w:t xml:space="preserve"> I </w:t>
      </w:r>
      <w:proofErr w:type="spellStart"/>
      <w:r w:rsidRPr="00BD0C58">
        <w:rPr>
          <w:lang w:val="pl-PL"/>
        </w:rPr>
        <w:t>have</w:t>
      </w:r>
      <w:proofErr w:type="spellEnd"/>
      <w:r w:rsidRPr="00BD0C58">
        <w:rPr>
          <w:lang w:val="pl-PL"/>
        </w:rPr>
        <w:t xml:space="preserve"> </w:t>
      </w:r>
      <w:proofErr w:type="spellStart"/>
      <w:r w:rsidRPr="00BD0C58">
        <w:rPr>
          <w:lang w:val="pl-PL"/>
        </w:rPr>
        <w:t>read</w:t>
      </w:r>
      <w:proofErr w:type="spellEnd"/>
      <w:r w:rsidRPr="00BD0C58">
        <w:rPr>
          <w:lang w:val="pl-PL"/>
        </w:rPr>
        <w:t xml:space="preserve"> and </w:t>
      </w:r>
      <w:proofErr w:type="spellStart"/>
      <w:r w:rsidRPr="00BD0C58">
        <w:rPr>
          <w:lang w:val="pl-PL"/>
        </w:rPr>
        <w:t>accept</w:t>
      </w:r>
      <w:proofErr w:type="spellEnd"/>
      <w:r w:rsidRPr="00BD0C58">
        <w:rPr>
          <w:lang w:val="pl-PL"/>
        </w:rPr>
        <w:t xml:space="preserve"> the </w:t>
      </w:r>
      <w:proofErr w:type="spellStart"/>
      <w:r w:rsidRPr="00BD0C58">
        <w:rPr>
          <w:lang w:val="pl-PL"/>
        </w:rPr>
        <w:t>Competition</w:t>
      </w:r>
      <w:proofErr w:type="spellEnd"/>
      <w:r w:rsidRPr="00BD0C58">
        <w:rPr>
          <w:lang w:val="pl-PL"/>
        </w:rPr>
        <w:t xml:space="preserve"> </w:t>
      </w:r>
      <w:proofErr w:type="spellStart"/>
      <w:r w:rsidRPr="00BD0C58">
        <w:rPr>
          <w:lang w:val="pl-PL"/>
        </w:rPr>
        <w:t>regulations</w:t>
      </w:r>
      <w:proofErr w:type="spellEnd"/>
      <w:r w:rsidRPr="00BD0C58">
        <w:rPr>
          <w:lang w:val="pl-PL"/>
        </w:rPr>
        <w:t>.</w:t>
      </w:r>
    </w:p>
    <w:p w:rsidR="00116A97" w:rsidRPr="00BD0C58" w:rsidRDefault="00000000">
      <w:pPr>
        <w:rPr>
          <w:lang w:val="pl-PL"/>
        </w:rPr>
      </w:pPr>
      <w:r w:rsidRPr="00BD0C58">
        <w:rPr>
          <w:lang w:val="pl-PL"/>
        </w:rPr>
        <w:t xml:space="preserve">☐ Oświadczam, że przysługują mi wszelkie prawa do przesłanego nagrania. / I </w:t>
      </w:r>
      <w:proofErr w:type="spellStart"/>
      <w:r w:rsidRPr="00BD0C58">
        <w:rPr>
          <w:lang w:val="pl-PL"/>
        </w:rPr>
        <w:t>declare</w:t>
      </w:r>
      <w:proofErr w:type="spellEnd"/>
      <w:r w:rsidRPr="00BD0C58">
        <w:rPr>
          <w:lang w:val="pl-PL"/>
        </w:rPr>
        <w:t xml:space="preserve"> </w:t>
      </w:r>
      <w:proofErr w:type="spellStart"/>
      <w:r w:rsidRPr="00BD0C58">
        <w:rPr>
          <w:lang w:val="pl-PL"/>
        </w:rPr>
        <w:t>that</w:t>
      </w:r>
      <w:proofErr w:type="spellEnd"/>
      <w:r w:rsidRPr="00BD0C58">
        <w:rPr>
          <w:lang w:val="pl-PL"/>
        </w:rPr>
        <w:t xml:space="preserve"> I </w:t>
      </w:r>
      <w:proofErr w:type="spellStart"/>
      <w:r w:rsidRPr="00BD0C58">
        <w:rPr>
          <w:lang w:val="pl-PL"/>
        </w:rPr>
        <w:t>hold</w:t>
      </w:r>
      <w:proofErr w:type="spellEnd"/>
      <w:r w:rsidRPr="00BD0C58">
        <w:rPr>
          <w:lang w:val="pl-PL"/>
        </w:rPr>
        <w:t xml:space="preserve"> </w:t>
      </w:r>
      <w:proofErr w:type="spellStart"/>
      <w:r w:rsidRPr="00BD0C58">
        <w:rPr>
          <w:lang w:val="pl-PL"/>
        </w:rPr>
        <w:t>all</w:t>
      </w:r>
      <w:proofErr w:type="spellEnd"/>
      <w:r w:rsidRPr="00BD0C58">
        <w:rPr>
          <w:lang w:val="pl-PL"/>
        </w:rPr>
        <w:t xml:space="preserve"> </w:t>
      </w:r>
      <w:proofErr w:type="spellStart"/>
      <w:r w:rsidRPr="00BD0C58">
        <w:rPr>
          <w:lang w:val="pl-PL"/>
        </w:rPr>
        <w:t>rights</w:t>
      </w:r>
      <w:proofErr w:type="spellEnd"/>
      <w:r w:rsidRPr="00BD0C58">
        <w:rPr>
          <w:lang w:val="pl-PL"/>
        </w:rPr>
        <w:t xml:space="preserve"> to the </w:t>
      </w:r>
      <w:proofErr w:type="spellStart"/>
      <w:r w:rsidRPr="00BD0C58">
        <w:rPr>
          <w:lang w:val="pl-PL"/>
        </w:rPr>
        <w:t>submitted</w:t>
      </w:r>
      <w:proofErr w:type="spellEnd"/>
      <w:r w:rsidRPr="00BD0C58">
        <w:rPr>
          <w:lang w:val="pl-PL"/>
        </w:rPr>
        <w:t xml:space="preserve"> </w:t>
      </w:r>
      <w:proofErr w:type="spellStart"/>
      <w:r w:rsidRPr="00BD0C58">
        <w:rPr>
          <w:lang w:val="pl-PL"/>
        </w:rPr>
        <w:t>recording</w:t>
      </w:r>
      <w:proofErr w:type="spellEnd"/>
      <w:r w:rsidRPr="00BD0C58">
        <w:rPr>
          <w:lang w:val="pl-PL"/>
        </w:rPr>
        <w:t>.</w:t>
      </w:r>
    </w:p>
    <w:p w:rsidR="001B6E1F" w:rsidRDefault="00000000">
      <w:r w:rsidRPr="001B6E1F">
        <w:rPr>
          <w:lang w:val="en-GB"/>
        </w:rPr>
        <w:t xml:space="preserve">☐ </w:t>
      </w:r>
      <w:proofErr w:type="spellStart"/>
      <w:r w:rsidRPr="001B6E1F">
        <w:rPr>
          <w:lang w:val="en-GB"/>
        </w:rPr>
        <w:t>Wyrażam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zgodę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na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nieodpłatne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utrwalanie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i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rozpowszechnianie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mojego</w:t>
      </w:r>
      <w:proofErr w:type="spellEnd"/>
      <w:r w:rsidRPr="001B6E1F">
        <w:rPr>
          <w:lang w:val="en-GB"/>
        </w:rPr>
        <w:t xml:space="preserve"> </w:t>
      </w:r>
      <w:proofErr w:type="spellStart"/>
      <w:r w:rsidRPr="001B6E1F">
        <w:rPr>
          <w:lang w:val="en-GB"/>
        </w:rPr>
        <w:t>wizerunku</w:t>
      </w:r>
      <w:proofErr w:type="spellEnd"/>
      <w:r w:rsidR="005F51AB" w:rsidRPr="001B6E1F">
        <w:rPr>
          <w:lang w:val="en-GB"/>
        </w:rPr>
        <w:t xml:space="preserve"> </w:t>
      </w:r>
      <w:r w:rsidR="005F51AB" w:rsidRPr="001B6E1F">
        <w:rPr>
          <w:lang w:val="en-GB"/>
        </w:rPr>
        <w:t xml:space="preserve">do </w:t>
      </w:r>
      <w:proofErr w:type="spellStart"/>
      <w:r w:rsidR="005F51AB" w:rsidRPr="001B6E1F">
        <w:rPr>
          <w:lang w:val="en-GB"/>
        </w:rPr>
        <w:t>celów</w:t>
      </w:r>
      <w:proofErr w:type="spellEnd"/>
      <w:r w:rsidR="005F51AB" w:rsidRPr="001B6E1F">
        <w:rPr>
          <w:lang w:val="en-GB"/>
        </w:rPr>
        <w:t xml:space="preserve"> </w:t>
      </w:r>
      <w:proofErr w:type="spellStart"/>
      <w:r w:rsidR="005F51AB" w:rsidRPr="001B6E1F">
        <w:rPr>
          <w:lang w:val="en-GB"/>
        </w:rPr>
        <w:t>organizacji</w:t>
      </w:r>
      <w:proofErr w:type="spellEnd"/>
      <w:r w:rsidR="005F51AB" w:rsidRPr="001B6E1F">
        <w:rPr>
          <w:lang w:val="en-GB"/>
        </w:rPr>
        <w:t xml:space="preserve"> </w:t>
      </w:r>
      <w:proofErr w:type="spellStart"/>
      <w:r w:rsidR="005F51AB" w:rsidRPr="001B6E1F">
        <w:rPr>
          <w:lang w:val="en-GB"/>
        </w:rPr>
        <w:t>i</w:t>
      </w:r>
      <w:proofErr w:type="spellEnd"/>
      <w:r w:rsidR="005F51AB" w:rsidRPr="001B6E1F">
        <w:rPr>
          <w:lang w:val="en-GB"/>
        </w:rPr>
        <w:t xml:space="preserve"> </w:t>
      </w:r>
      <w:proofErr w:type="spellStart"/>
      <w:r w:rsidR="005F51AB" w:rsidRPr="001B6E1F">
        <w:rPr>
          <w:lang w:val="en-GB"/>
        </w:rPr>
        <w:t>promocji</w:t>
      </w:r>
      <w:proofErr w:type="spellEnd"/>
      <w:r w:rsidR="005F51AB" w:rsidRPr="001B6E1F">
        <w:rPr>
          <w:lang w:val="en-GB"/>
        </w:rPr>
        <w:t xml:space="preserve"> </w:t>
      </w:r>
      <w:proofErr w:type="spellStart"/>
      <w:r w:rsidR="005F51AB" w:rsidRPr="001B6E1F">
        <w:rPr>
          <w:lang w:val="en-GB"/>
        </w:rPr>
        <w:t>Konkursu</w:t>
      </w:r>
      <w:proofErr w:type="spellEnd"/>
      <w:r w:rsidRPr="001B6E1F">
        <w:rPr>
          <w:lang w:val="en-GB"/>
        </w:rPr>
        <w:t xml:space="preserve">. / </w:t>
      </w:r>
      <w:r w:rsidR="001B6E1F">
        <w:t>I consent to the free-of-charge recording and dissemination of my image for the purposes of organizing and promoting the Competition.</w:t>
      </w:r>
    </w:p>
    <w:p w:rsidR="00116A97" w:rsidRPr="001B6E1F" w:rsidRDefault="00000000">
      <w:r w:rsidRPr="001B6E1F">
        <w:rPr>
          <w:lang w:val="en-GB"/>
        </w:rPr>
        <w:t xml:space="preserve">☐ </w:t>
      </w:r>
      <w:r w:rsidR="00BD0C58" w:rsidRPr="001B6E1F">
        <w:t>Wyrażam zgodę na przetwarzanie moich danych osobowych do celów organizacji i przeprowadzenia Konkursu. / I consent to the processing of my personal data for the purposes of organizing and conducting the Competition.</w:t>
      </w:r>
    </w:p>
    <w:p w:rsidR="00116A97" w:rsidRDefault="00000000">
      <w:r>
        <w:rPr>
          <w:b/>
        </w:rPr>
        <w:t xml:space="preserve">VI. </w:t>
      </w:r>
      <w:proofErr w:type="spellStart"/>
      <w:r>
        <w:rPr>
          <w:b/>
        </w:rPr>
        <w:t>Podpis</w:t>
      </w:r>
      <w:proofErr w:type="spellEnd"/>
      <w:r>
        <w:rPr>
          <w:b/>
        </w:rPr>
        <w:t xml:space="preserve"> / Signature</w:t>
      </w:r>
    </w:p>
    <w:p w:rsidR="00116A97" w:rsidRDefault="00000000">
      <w:proofErr w:type="spellStart"/>
      <w:r>
        <w:t>Miejscowość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data / Place and date: ______________________________________________</w:t>
      </w:r>
    </w:p>
    <w:p w:rsidR="00116A97" w:rsidRDefault="00000000">
      <w:proofErr w:type="spellStart"/>
      <w:r>
        <w:lastRenderedPageBreak/>
        <w:t>Podpis</w:t>
      </w:r>
      <w:proofErr w:type="spellEnd"/>
      <w:r>
        <w:t xml:space="preserve"> </w:t>
      </w:r>
      <w:proofErr w:type="spellStart"/>
      <w:r>
        <w:t>uczestnika</w:t>
      </w:r>
      <w:proofErr w:type="spellEnd"/>
      <w:r>
        <w:t xml:space="preserve"> / Participant's signature: ______________________________________________</w:t>
      </w:r>
    </w:p>
    <w:sectPr w:rsidR="00116A97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1084" w:rsidRDefault="00931084" w:rsidP="00024699">
      <w:pPr>
        <w:spacing w:after="0" w:line="240" w:lineRule="auto"/>
      </w:pPr>
      <w:r>
        <w:separator/>
      </w:r>
    </w:p>
  </w:endnote>
  <w:endnote w:type="continuationSeparator" w:id="0">
    <w:p w:rsidR="00931084" w:rsidRDefault="00931084" w:rsidP="00024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0271572"/>
      <w:docPartObj>
        <w:docPartGallery w:val="Page Numbers (Bottom of Page)"/>
        <w:docPartUnique/>
      </w:docPartObj>
    </w:sdtPr>
    <w:sdtContent>
      <w:p w:rsidR="00024699" w:rsidRDefault="00024699" w:rsidP="008C718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:rsidR="00024699" w:rsidRDefault="000246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37780896"/>
      <w:docPartObj>
        <w:docPartGallery w:val="Page Numbers (Bottom of Page)"/>
        <w:docPartUnique/>
      </w:docPartObj>
    </w:sdtPr>
    <w:sdtContent>
      <w:p w:rsidR="00024699" w:rsidRDefault="00024699" w:rsidP="008C7182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024699" w:rsidRDefault="000246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1084" w:rsidRDefault="00931084" w:rsidP="00024699">
      <w:pPr>
        <w:spacing w:after="0" w:line="240" w:lineRule="auto"/>
      </w:pPr>
      <w:r>
        <w:separator/>
      </w:r>
    </w:p>
  </w:footnote>
  <w:footnote w:type="continuationSeparator" w:id="0">
    <w:p w:rsidR="00931084" w:rsidRDefault="00931084" w:rsidP="00024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30832906">
    <w:abstractNumId w:val="8"/>
  </w:num>
  <w:num w:numId="2" w16cid:durableId="672226391">
    <w:abstractNumId w:val="6"/>
  </w:num>
  <w:num w:numId="3" w16cid:durableId="653484183">
    <w:abstractNumId w:val="5"/>
  </w:num>
  <w:num w:numId="4" w16cid:durableId="527724125">
    <w:abstractNumId w:val="4"/>
  </w:num>
  <w:num w:numId="5" w16cid:durableId="1006323846">
    <w:abstractNumId w:val="7"/>
  </w:num>
  <w:num w:numId="6" w16cid:durableId="1889803068">
    <w:abstractNumId w:val="3"/>
  </w:num>
  <w:num w:numId="7" w16cid:durableId="961765570">
    <w:abstractNumId w:val="2"/>
  </w:num>
  <w:num w:numId="8" w16cid:durableId="542518309">
    <w:abstractNumId w:val="1"/>
  </w:num>
  <w:num w:numId="9" w16cid:durableId="384571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4699"/>
    <w:rsid w:val="00034616"/>
    <w:rsid w:val="0006063C"/>
    <w:rsid w:val="00116A97"/>
    <w:rsid w:val="0015074B"/>
    <w:rsid w:val="001B6E1F"/>
    <w:rsid w:val="0029639D"/>
    <w:rsid w:val="00326F90"/>
    <w:rsid w:val="005B17D0"/>
    <w:rsid w:val="005F51AB"/>
    <w:rsid w:val="00931084"/>
    <w:rsid w:val="00AA1D8D"/>
    <w:rsid w:val="00B47730"/>
    <w:rsid w:val="00BD0C58"/>
    <w:rsid w:val="00CB0664"/>
    <w:rsid w:val="00E475B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ED2A464"/>
  <w14:defaultImageDpi w14:val="300"/>
  <w15:docId w15:val="{8072103B-C19B-964F-B205-FC010DA1E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0246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3352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Urbaniak, Krzysztof</cp:lastModifiedBy>
  <cp:revision>12</cp:revision>
  <dcterms:created xsi:type="dcterms:W3CDTF">2026-02-26T19:49:00Z</dcterms:created>
  <dcterms:modified xsi:type="dcterms:W3CDTF">2026-02-27T21:21:00Z</dcterms:modified>
  <cp:category/>
</cp:coreProperties>
</file>